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60"/>
      </w:pPr>
      <w:r>
        <w:drawing>
          <wp:inline xmlns:a="http://schemas.openxmlformats.org/drawingml/2006/main" xmlns:pic="http://schemas.openxmlformats.org/drawingml/2006/picture">
            <wp:extent cx="1417320" cy="287052"/>
            <wp:docPr id="1" name="Picture 1" descr="InvoiceFlow Logo" title="InvoiceFlow 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nvoiceflow-log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2870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20"/>
      </w:pPr>
      <w:r>
        <w:rPr>
          <w:rFonts w:ascii="Calibri" w:hAnsi="Calibri"/>
          <w:b/>
          <w:color w:val="7C3AED"/>
          <w:sz w:val="17"/>
        </w:rPr>
        <w:t>INVOICEFLOW VORLAGE</w:t>
      </w:r>
    </w:p>
    <w:p>
      <w:pPr>
        <w:pStyle w:val="Title"/>
      </w:pPr>
      <w:r>
        <w:t>Rechnungsvorlage</w:t>
      </w:r>
    </w:p>
    <w:p>
      <w:pPr>
        <w:pStyle w:val="Subtitle"/>
      </w:pPr>
      <w:r>
        <w:t>Bearbeitbare Musterrechnung für Selbstständige und kleine Unternehmen</w:t>
      </w:r>
    </w:p>
    <w:p>
      <w:pPr>
        <w:spacing w:before="0" w:after="60"/>
      </w:pPr>
      <w:r>
        <w:rPr>
          <w:rFonts w:ascii="Calibri" w:hAnsi="Calibri"/>
          <w:color w:val="667085"/>
          <w:sz w:val="17"/>
        </w:rPr>
        <w:t>[Firmenname] · [Straße, Hausnummer] · [PLZ Ort]</w:t>
      </w:r>
    </w:p>
    <w:p>
      <w:pPr>
        <w:keepNext/>
        <w:spacing w:before="40" w:after="40"/>
      </w:pPr>
      <w:r>
        <w:rPr>
          <w:rFonts w:ascii="Calibri" w:hAnsi="Calibri"/>
          <w:b/>
          <w:color w:val="7C3AED"/>
          <w:sz w:val="17"/>
        </w:rPr>
        <w:t>RECHNUNG AN</w:t>
      </w:r>
    </w:p>
    <w:p>
      <w:pPr>
        <w:spacing w:before="0" w:after="0" w:line="252" w:lineRule="auto"/>
      </w:pPr>
      <w:r>
        <w:rPr>
          <w:rFonts w:ascii="Calibri" w:hAnsi="Calibri"/>
          <w:color w:val="273044"/>
          <w:sz w:val="20"/>
        </w:rPr>
        <w:t>[Kundenname / Firma]</w:t>
      </w:r>
    </w:p>
    <w:p>
      <w:pPr>
        <w:spacing w:before="0" w:after="0" w:line="252" w:lineRule="auto"/>
      </w:pPr>
      <w:r>
        <w:rPr>
          <w:rFonts w:ascii="Calibri" w:hAnsi="Calibri"/>
          <w:color w:val="273044"/>
          <w:sz w:val="20"/>
        </w:rPr>
        <w:t>[Ansprechperson]</w:t>
      </w:r>
    </w:p>
    <w:p>
      <w:pPr>
        <w:spacing w:before="0" w:after="0" w:line="252" w:lineRule="auto"/>
      </w:pPr>
      <w:r>
        <w:rPr>
          <w:rFonts w:ascii="Calibri" w:hAnsi="Calibri"/>
          <w:color w:val="273044"/>
          <w:sz w:val="20"/>
        </w:rPr>
        <w:t>[Straße, Hausnummer]</w:t>
      </w:r>
    </w:p>
    <w:p>
      <w:pPr>
        <w:spacing w:before="0" w:after="100" w:line="252" w:lineRule="auto"/>
      </w:pPr>
      <w:r>
        <w:rPr>
          <w:rFonts w:ascii="Calibri" w:hAnsi="Calibri"/>
          <w:color w:val="273044"/>
          <w:sz w:val="20"/>
        </w:rPr>
        <w:t>[PLZ Ort]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6" w:space="0" w:color="D8DEE9"/>
          <w:left w:val="single" w:sz="6" w:space="0" w:color="D8DEE9"/>
          <w:bottom w:val="single" w:sz="6" w:space="0" w:color="D8DEE9"/>
          <w:right w:val="single" w:sz="6" w:space="0" w:color="D8DEE9"/>
          <w:insideH w:val="single" w:sz="6" w:space="0" w:color="D8DEE9"/>
          <w:insideV w:val="single" w:sz="6" w:space="0" w:color="D8DEE9"/>
        </w:tblBorders>
      </w:tblPr>
      <w:tblGrid>
        <w:gridCol w:w="2300"/>
        <w:gridCol w:w="7060"/>
      </w:tblGrid>
      <w:tr>
        <w:trPr/>
        <w:tc>
          <w:tcPr>
            <w:tcW w:type="dxa" w:w="2300"/>
            <w:shd w:fill="F4F1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0F1C3F"/>
                <w:sz w:val="18"/>
              </w:rPr>
              <w:t>Rechnungsnummer</w:t>
            </w:r>
          </w:p>
        </w:tc>
        <w:tc>
          <w:tcPr>
            <w:tcW w:type="dxa" w:w="7060"/>
            <w:shd w:fill="FFFF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273044"/>
                <w:sz w:val="18"/>
              </w:rPr>
              <w:t>[RE-2026-001]</w:t>
            </w:r>
          </w:p>
        </w:tc>
      </w:tr>
      <w:tr>
        <w:trPr/>
        <w:tc>
          <w:tcPr>
            <w:tcW w:type="dxa" w:w="2300"/>
            <w:shd w:fill="F4F1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0F1C3F"/>
                <w:sz w:val="18"/>
              </w:rPr>
              <w:t>Rechnungsdatum</w:t>
            </w:r>
          </w:p>
        </w:tc>
        <w:tc>
          <w:tcPr>
            <w:tcW w:type="dxa" w:w="7060"/>
            <w:shd w:fill="FFFF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273044"/>
                <w:sz w:val="18"/>
              </w:rPr>
              <w:t>[TT.MM.JJJJ]</w:t>
            </w:r>
          </w:p>
        </w:tc>
      </w:tr>
      <w:tr>
        <w:trPr/>
        <w:tc>
          <w:tcPr>
            <w:tcW w:type="dxa" w:w="2300"/>
            <w:shd w:fill="F4F1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0F1C3F"/>
                <w:sz w:val="18"/>
              </w:rPr>
              <w:t>Leistungsdatum</w:t>
            </w:r>
          </w:p>
        </w:tc>
        <w:tc>
          <w:tcPr>
            <w:tcW w:type="dxa" w:w="7060"/>
            <w:shd w:fill="FFFF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273044"/>
                <w:sz w:val="18"/>
              </w:rPr>
              <w:t>[TT.MM.JJJJ oder Leistungszeitraum]</w:t>
            </w:r>
          </w:p>
        </w:tc>
      </w:tr>
      <w:tr>
        <w:trPr/>
        <w:tc>
          <w:tcPr>
            <w:tcW w:type="dxa" w:w="2300"/>
            <w:shd w:fill="F4F1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0F1C3F"/>
                <w:sz w:val="18"/>
              </w:rPr>
              <w:t>Kundennummer</w:t>
            </w:r>
          </w:p>
        </w:tc>
        <w:tc>
          <w:tcPr>
            <w:tcW w:type="dxa" w:w="7060"/>
            <w:shd w:fill="FFFF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273044"/>
                <w:sz w:val="18"/>
              </w:rPr>
              <w:t>[optional]</w:t>
            </w:r>
          </w:p>
        </w:tc>
      </w:tr>
    </w:tbl>
    <w:p>
      <w:pPr>
        <w:spacing w:before="0" w:after="100" w:line="240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6" w:space="0" w:color="D8DEE9"/>
          <w:left w:val="single" w:sz="6" w:space="0" w:color="D8DEE9"/>
          <w:bottom w:val="single" w:sz="6" w:space="0" w:color="D8DEE9"/>
          <w:right w:val="single" w:sz="6" w:space="0" w:color="D8DEE9"/>
          <w:insideH w:val="single" w:sz="6" w:space="0" w:color="D8DEE9"/>
          <w:insideV w:val="single" w:sz="6" w:space="0" w:color="D8DEE9"/>
        </w:tblBorders>
      </w:tblPr>
      <w:tblGrid>
        <w:gridCol w:w="520"/>
        <w:gridCol w:w="3540"/>
        <w:gridCol w:w="860"/>
        <w:gridCol w:w="900"/>
        <w:gridCol w:w="1480"/>
        <w:gridCol w:w="2060"/>
      </w:tblGrid>
      <w:tr>
        <w:trPr>
          <w:tblHeader w:val="true"/>
        </w:trPr>
        <w:tc>
          <w:tcPr>
            <w:tcW w:type="dxa" w:w="520"/>
            <w:shd w:fill="EDE9FE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0F1C3F"/>
                <w:sz w:val="17"/>
              </w:rPr>
              <w:t>Pos.</w:t>
            </w:r>
          </w:p>
        </w:tc>
        <w:tc>
          <w:tcPr>
            <w:tcW w:type="dxa" w:w="3540"/>
            <w:shd w:fill="EDE9FE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0F1C3F"/>
                <w:sz w:val="17"/>
              </w:rPr>
              <w:t>Leistung / Artikel</w:t>
            </w:r>
          </w:p>
        </w:tc>
        <w:tc>
          <w:tcPr>
            <w:tcW w:type="dxa" w:w="860"/>
            <w:shd w:fill="EDE9FE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/>
                <w:color w:val="0F1C3F"/>
                <w:sz w:val="17"/>
              </w:rPr>
              <w:t>Menge</w:t>
            </w:r>
          </w:p>
        </w:tc>
        <w:tc>
          <w:tcPr>
            <w:tcW w:type="dxa" w:w="900"/>
            <w:shd w:fill="EDE9FE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/>
                <w:color w:val="0F1C3F"/>
                <w:sz w:val="17"/>
              </w:rPr>
              <w:t>Einheit</w:t>
            </w:r>
          </w:p>
        </w:tc>
        <w:tc>
          <w:tcPr>
            <w:tcW w:type="dxa" w:w="1480"/>
            <w:shd w:fill="EDE9FE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/>
                <w:color w:val="0F1C3F"/>
                <w:sz w:val="17"/>
              </w:rPr>
              <w:t>Einzel netto</w:t>
            </w:r>
          </w:p>
        </w:tc>
        <w:tc>
          <w:tcPr>
            <w:tcW w:type="dxa" w:w="2060"/>
            <w:shd w:fill="EDE9FE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/>
                <w:color w:val="0F1C3F"/>
                <w:sz w:val="17"/>
              </w:rPr>
              <w:t>Gesamt netto</w:t>
            </w:r>
          </w:p>
        </w:tc>
      </w:tr>
      <w:tr>
        <w:trPr/>
        <w:tc>
          <w:tcPr>
            <w:tcW w:type="dxa" w:w="520"/>
            <w:shd w:fill="FFFF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273044"/>
                <w:sz w:val="17"/>
              </w:rPr>
              <w:t>1</w:t>
            </w:r>
          </w:p>
        </w:tc>
        <w:tc>
          <w:tcPr>
            <w:tcW w:type="dxa" w:w="3540"/>
            <w:shd w:fill="FFFF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273044"/>
                <w:sz w:val="17"/>
              </w:rPr>
              <w:t>[Beschreibung der Leistung]</w:t>
            </w:r>
          </w:p>
        </w:tc>
        <w:tc>
          <w:tcPr>
            <w:tcW w:type="dxa" w:w="860"/>
            <w:shd w:fill="FFFF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273044"/>
                <w:sz w:val="17"/>
              </w:rPr>
              <w:t>[1,00]</w:t>
            </w:r>
          </w:p>
        </w:tc>
        <w:tc>
          <w:tcPr>
            <w:tcW w:type="dxa" w:w="900"/>
            <w:shd w:fill="FFFF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273044"/>
                <w:sz w:val="17"/>
              </w:rPr>
              <w:t>[Stk.]</w:t>
            </w:r>
          </w:p>
        </w:tc>
        <w:tc>
          <w:tcPr>
            <w:tcW w:type="dxa" w:w="1480"/>
            <w:shd w:fill="FFFF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273044"/>
                <w:sz w:val="17"/>
              </w:rPr>
              <w:t>[0,00 EUR]</w:t>
            </w:r>
          </w:p>
        </w:tc>
        <w:tc>
          <w:tcPr>
            <w:tcW w:type="dxa" w:w="2060"/>
            <w:shd w:fill="FFFF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273044"/>
                <w:sz w:val="17"/>
              </w:rPr>
              <w:t>[0,00 EUR]</w:t>
            </w:r>
          </w:p>
        </w:tc>
      </w:tr>
      <w:tr>
        <w:trPr/>
        <w:tc>
          <w:tcPr>
            <w:tcW w:type="dxa" w:w="520"/>
            <w:shd w:fill="F7F8FA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273044"/>
                <w:sz w:val="17"/>
              </w:rPr>
              <w:t>2</w:t>
            </w:r>
          </w:p>
        </w:tc>
        <w:tc>
          <w:tcPr>
            <w:tcW w:type="dxa" w:w="3540"/>
            <w:shd w:fill="F7F8FA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273044"/>
                <w:sz w:val="17"/>
              </w:rPr>
              <w:t>[weitere Position]</w:t>
            </w:r>
          </w:p>
        </w:tc>
        <w:tc>
          <w:tcPr>
            <w:tcW w:type="dxa" w:w="860"/>
            <w:shd w:fill="F7F8FA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667085"/>
                <w:sz w:val="17"/>
              </w:rPr>
            </w:r>
          </w:p>
        </w:tc>
        <w:tc>
          <w:tcPr>
            <w:tcW w:type="dxa" w:w="900"/>
            <w:shd w:fill="F7F8FA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667085"/>
                <w:sz w:val="17"/>
              </w:rPr>
            </w:r>
          </w:p>
        </w:tc>
        <w:tc>
          <w:tcPr>
            <w:tcW w:type="dxa" w:w="1480"/>
            <w:shd w:fill="F7F8FA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667085"/>
                <w:sz w:val="17"/>
              </w:rPr>
            </w:r>
          </w:p>
        </w:tc>
        <w:tc>
          <w:tcPr>
            <w:tcW w:type="dxa" w:w="2060"/>
            <w:shd w:fill="F7F8FA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667085"/>
                <w:sz w:val="17"/>
              </w:rPr>
            </w:r>
          </w:p>
        </w:tc>
      </w:tr>
      <w:tr>
        <w:trPr/>
        <w:tc>
          <w:tcPr>
            <w:tcW w:type="dxa" w:w="520"/>
            <w:shd w:fill="FFFF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273044"/>
                <w:sz w:val="17"/>
              </w:rPr>
              <w:t>3</w:t>
            </w:r>
          </w:p>
        </w:tc>
        <w:tc>
          <w:tcPr>
            <w:tcW w:type="dxa" w:w="3540"/>
            <w:shd w:fill="FFFF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667085"/>
                <w:sz w:val="17"/>
              </w:rPr>
            </w:r>
          </w:p>
        </w:tc>
        <w:tc>
          <w:tcPr>
            <w:tcW w:type="dxa" w:w="860"/>
            <w:shd w:fill="FFFF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667085"/>
                <w:sz w:val="17"/>
              </w:rPr>
            </w:r>
          </w:p>
        </w:tc>
        <w:tc>
          <w:tcPr>
            <w:tcW w:type="dxa" w:w="900"/>
            <w:shd w:fill="FFFF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667085"/>
                <w:sz w:val="17"/>
              </w:rPr>
            </w:r>
          </w:p>
        </w:tc>
        <w:tc>
          <w:tcPr>
            <w:tcW w:type="dxa" w:w="1480"/>
            <w:shd w:fill="FFFF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667085"/>
                <w:sz w:val="17"/>
              </w:rPr>
            </w:r>
          </w:p>
        </w:tc>
        <w:tc>
          <w:tcPr>
            <w:tcW w:type="dxa" w:w="2060"/>
            <w:shd w:fill="FFFF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667085"/>
                <w:sz w:val="17"/>
              </w:rPr>
            </w:r>
          </w:p>
        </w:tc>
      </w:tr>
      <w:tr>
        <w:trPr/>
        <w:tc>
          <w:tcPr>
            <w:tcW w:type="dxa" w:w="520"/>
            <w:shd w:fill="F7F8FA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273044"/>
                <w:sz w:val="17"/>
              </w:rPr>
              <w:t>4</w:t>
            </w:r>
          </w:p>
        </w:tc>
        <w:tc>
          <w:tcPr>
            <w:tcW w:type="dxa" w:w="3540"/>
            <w:shd w:fill="F7F8FA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667085"/>
                <w:sz w:val="17"/>
              </w:rPr>
            </w:r>
          </w:p>
        </w:tc>
        <w:tc>
          <w:tcPr>
            <w:tcW w:type="dxa" w:w="860"/>
            <w:shd w:fill="F7F8FA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667085"/>
                <w:sz w:val="17"/>
              </w:rPr>
            </w:r>
          </w:p>
        </w:tc>
        <w:tc>
          <w:tcPr>
            <w:tcW w:type="dxa" w:w="900"/>
            <w:shd w:fill="F7F8FA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667085"/>
                <w:sz w:val="17"/>
              </w:rPr>
            </w:r>
          </w:p>
        </w:tc>
        <w:tc>
          <w:tcPr>
            <w:tcW w:type="dxa" w:w="1480"/>
            <w:shd w:fill="F7F8FA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667085"/>
                <w:sz w:val="17"/>
              </w:rPr>
            </w:r>
          </w:p>
        </w:tc>
        <w:tc>
          <w:tcPr>
            <w:tcW w:type="dxa" w:w="2060"/>
            <w:shd w:fill="F7F8FA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667085"/>
                <w:sz w:val="17"/>
              </w:rPr>
            </w:r>
          </w:p>
        </w:tc>
      </w:tr>
    </w:tbl>
    <w:p>
      <w:pPr>
        <w:spacing w:before="0" w:after="80" w:line="240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6" w:space="0" w:color="D8DEE9"/>
          <w:left w:val="single" w:sz="6" w:space="0" w:color="D8DEE9"/>
          <w:bottom w:val="single" w:sz="6" w:space="0" w:color="D8DEE9"/>
          <w:right w:val="single" w:sz="6" w:space="0" w:color="D8DEE9"/>
          <w:insideH w:val="single" w:sz="6" w:space="0" w:color="D8DEE9"/>
          <w:insideV w:val="single" w:sz="6" w:space="0" w:color="D8DEE9"/>
        </w:tblBorders>
      </w:tblPr>
      <w:tblGrid>
        <w:gridCol w:w="6960"/>
        <w:gridCol w:w="2400"/>
      </w:tblGrid>
      <w:tr>
        <w:trPr/>
        <w:tc>
          <w:tcPr>
            <w:tcW w:type="dxa" w:w="6960"/>
            <w:shd w:fill="FFFF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0F1C3F"/>
                <w:sz w:val="18"/>
              </w:rPr>
              <w:t>Zwischensumme netto</w:t>
            </w:r>
          </w:p>
        </w:tc>
        <w:tc>
          <w:tcPr>
            <w:tcW w:type="dxa" w:w="2400"/>
            <w:shd w:fill="FFFF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0F1C3F"/>
                <w:sz w:val="18"/>
              </w:rPr>
              <w:t>[0,00 EUR]</w:t>
            </w:r>
          </w:p>
        </w:tc>
      </w:tr>
      <w:tr>
        <w:trPr/>
        <w:tc>
          <w:tcPr>
            <w:tcW w:type="dxa" w:w="6960"/>
            <w:shd w:fill="FFFF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0F1C3F"/>
                <w:sz w:val="18"/>
              </w:rPr>
              <w:t>Umsatzsteuer [0 / 7 / 19 %]</w:t>
            </w:r>
          </w:p>
        </w:tc>
        <w:tc>
          <w:tcPr>
            <w:tcW w:type="dxa" w:w="2400"/>
            <w:shd w:fill="FFFF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0F1C3F"/>
                <w:sz w:val="18"/>
              </w:rPr>
              <w:t>[0,00 EUR]</w:t>
            </w:r>
          </w:p>
        </w:tc>
      </w:tr>
      <w:tr>
        <w:trPr/>
        <w:tc>
          <w:tcPr>
            <w:tcW w:type="dxa" w:w="6960"/>
            <w:shd w:fill="EDE9FE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/>
                <w:color w:val="0F1C3F"/>
                <w:sz w:val="18"/>
              </w:rPr>
              <w:t>Gesamtbetrag</w:t>
            </w:r>
          </w:p>
        </w:tc>
        <w:tc>
          <w:tcPr>
            <w:tcW w:type="dxa" w:w="2400"/>
            <w:shd w:fill="EDE9FE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/>
                <w:color w:val="0F1C3F"/>
                <w:sz w:val="18"/>
              </w:rPr>
              <w:t>[0,00 EUR]</w:t>
            </w:r>
          </w:p>
        </w:tc>
      </w:tr>
    </w:tbl>
    <w:p>
      <w:pPr>
        <w:spacing w:before="0" w:after="80" w:line="240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6" w:space="0" w:color="CFC5FF"/>
          <w:left w:val="single" w:sz="6" w:space="0" w:color="CFC5FF"/>
          <w:bottom w:val="single" w:sz="6" w:space="0" w:color="CFC5FF"/>
          <w:right w:val="single" w:sz="6" w:space="0" w:color="CFC5FF"/>
          <w:insideH w:val="single" w:sz="6" w:space="0" w:color="CFC5FF"/>
          <w:insideV w:val="single" w:sz="6" w:space="0" w:color="CFC5FF"/>
        </w:tblBorders>
      </w:tblPr>
      <w:tblGrid>
        <w:gridCol w:w="9360"/>
      </w:tblGrid>
      <w:tr>
        <w:trPr/>
        <w:tc>
          <w:tcPr>
            <w:tcW w:type="dxa" w:w="9360"/>
            <w:shd w:fill="F4F1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color w:val="0F1C3F"/>
                <w:sz w:val="18"/>
              </w:rPr>
              <w:t xml:space="preserve">Steuerhinweis: </w:t>
            </w:r>
            <w:r>
              <w:rPr>
                <w:rFonts w:ascii="Calibri" w:hAnsi="Calibri"/>
                <w:color w:val="273044"/>
                <w:sz w:val="18"/>
              </w:rPr>
              <w:t>[Passenden Hinweis ergänzen, z. B. bei Anwendung der Kleinunternehmerregelung nach § 19 UStG.]</w:t>
            </w:r>
          </w:p>
        </w:tc>
      </w:tr>
    </w:tbl>
    <w:p>
      <w:pPr>
        <w:spacing w:before="0" w:after="80" w:line="240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6" w:space="0" w:color="D8DEE9"/>
          <w:left w:val="single" w:sz="6" w:space="0" w:color="D8DEE9"/>
          <w:bottom w:val="single" w:sz="6" w:space="0" w:color="D8DEE9"/>
          <w:right w:val="single" w:sz="6" w:space="0" w:color="D8DEE9"/>
          <w:insideH w:val="single" w:sz="6" w:space="0" w:color="D8DEE9"/>
          <w:insideV w:val="single" w:sz="6" w:space="0" w:color="D8DEE9"/>
        </w:tblBorders>
      </w:tblPr>
      <w:tblGrid>
        <w:gridCol w:w="2300"/>
        <w:gridCol w:w="7060"/>
      </w:tblGrid>
      <w:tr>
        <w:trPr/>
        <w:tc>
          <w:tcPr>
            <w:tcW w:type="dxa" w:w="2300"/>
            <w:shd w:fill="F4F1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0F1C3F"/>
                <w:sz w:val="18"/>
              </w:rPr>
              <w:t>Zahlungsziel</w:t>
            </w:r>
          </w:p>
        </w:tc>
        <w:tc>
          <w:tcPr>
            <w:tcW w:type="dxa" w:w="7060"/>
            <w:shd w:fill="FFFF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273044"/>
                <w:sz w:val="18"/>
              </w:rPr>
              <w:t>[Bitte bis TT.MM.JJJJ ohne Abzug überweisen.]</w:t>
            </w:r>
          </w:p>
        </w:tc>
      </w:tr>
      <w:tr>
        <w:trPr/>
        <w:tc>
          <w:tcPr>
            <w:tcW w:type="dxa" w:w="2300"/>
            <w:shd w:fill="F4F1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0F1C3F"/>
                <w:sz w:val="18"/>
              </w:rPr>
              <w:t>Bankverbindung</w:t>
            </w:r>
          </w:p>
        </w:tc>
        <w:tc>
          <w:tcPr>
            <w:tcW w:type="dxa" w:w="7060"/>
            <w:shd w:fill="FFFF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273044"/>
                <w:sz w:val="18"/>
              </w:rPr>
              <w:t>[IBAN] · [BIC] · [Kreditinstitut]</w:t>
            </w:r>
          </w:p>
        </w:tc>
      </w:tr>
      <w:tr>
        <w:trPr/>
        <w:tc>
          <w:tcPr>
            <w:tcW w:type="dxa" w:w="2300"/>
            <w:shd w:fill="F4F1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0F1C3F"/>
                <w:sz w:val="18"/>
              </w:rPr>
              <w:t>Kontakt</w:t>
            </w:r>
          </w:p>
        </w:tc>
        <w:tc>
          <w:tcPr>
            <w:tcW w:type="dxa" w:w="7060"/>
            <w:shd w:fill="FFFF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273044"/>
                <w:sz w:val="18"/>
              </w:rPr>
              <w:t>[E-Mail] · [Telefon]</w:t>
            </w:r>
          </w:p>
        </w:tc>
      </w:tr>
      <w:tr>
        <w:trPr/>
        <w:tc>
          <w:tcPr>
            <w:tcW w:type="dxa" w:w="2300"/>
            <w:shd w:fill="F4F1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0F1C3F"/>
                <w:sz w:val="18"/>
              </w:rPr>
              <w:t>Unternehmensangaben</w:t>
            </w:r>
          </w:p>
        </w:tc>
        <w:tc>
          <w:tcPr>
            <w:tcW w:type="dxa" w:w="7060"/>
            <w:shd w:fill="FFFF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273044"/>
                <w:sz w:val="18"/>
              </w:rPr>
              <w:t>[Steuernummer / USt-IdNr. / Registerangaben, soweit erforderlich]</w:t>
            </w:r>
          </w:p>
        </w:tc>
      </w:tr>
    </w:tbl>
    <w:p>
      <w:pPr>
        <w:spacing w:before="0" w:after="80" w:line="240" w:lineRule="auto"/>
      </w:pPr>
    </w:p>
    <w:p>
      <w:pPr>
        <w:spacing w:before="0" w:after="0"/>
      </w:pPr>
      <w:r>
        <w:rPr>
          <w:rFonts w:ascii="Calibri" w:hAnsi="Calibri"/>
          <w:i/>
          <w:color w:val="667085"/>
          <w:sz w:val="16"/>
        </w:rPr>
        <w:t>Vor der Nutzung bitte prüfen, welche Pflichtangaben für den konkreten Fall gelten. Diese Vorlage ersetzt keine Rechts- oder Steuerberatung.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1037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Calibri" w:hAnsi="Calibri"/>
        <w:color w:val="667085"/>
        <w:sz w:val="16"/>
      </w:rPr>
      <w:t xml:space="preserve">Vorlage ohne Gewähr · Seite </w:t>
    </w:r>
    <w:r>
      <w:rPr>
        <w:rFonts w:ascii="Calibri" w:hAnsi="Calibri"/>
        <w:color w:val="667085"/>
        <w:sz w:val="16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libri" w:hAnsi="Calibri"/>
        <w:color w:val="667085"/>
        <w:sz w:val="17"/>
      </w:rPr>
      <w:t>InvoiceFlow · Kostenlose Vorlage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7304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0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30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30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8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0F1C3F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0" w:after="240" w:line="240" w:lineRule="auto"/>
    </w:pPr>
    <w:rPr>
      <w:rFonts w:asciiTheme="majorHAnsi" w:eastAsiaTheme="majorEastAsia" w:hAnsiTheme="majorHAnsi" w:cstheme="majorBidi" w:ascii="Calibri" w:hAnsi="Calibri"/>
      <w:i/>
      <w:iCs/>
      <w:color w:val="667085"/>
      <w:spacing w:val="15"/>
      <w:sz w:val="2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Word</dc:title>
  <dc:subject>Kostenlose InvoiceFlow Vorlage</dc:subject>
  <dc:creator>InvoiceFlow</dc:creator>
  <cp:keywords/>
  <dc:description>generated by python-docx</dc:description>
  <cp:lastModifiedBy>InvoiceFlow</cp:lastModifiedBy>
  <cp:revision>1</cp:revision>
  <dcterms:created xsi:type="dcterms:W3CDTF">2026-08-30T00:00:00Z</dcterms:created>
  <dcterms:modified xsi:type="dcterms:W3CDTF">2026-08-30T00:00:00Z</dcterms:modified>
  <cp:category/>
</cp:coreProperties>
</file>