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</w:pPr>
      <w:r>
        <w:drawing>
          <wp:inline xmlns:a="http://schemas.openxmlformats.org/drawingml/2006/main" xmlns:pic="http://schemas.openxmlformats.org/drawingml/2006/picture">
            <wp:extent cx="1417320" cy="287052"/>
            <wp:docPr id="1" name="Picture 1" descr="InvoiceFlow Logo" title="InvoiceFlow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voiceflow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287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"/>
      </w:pPr>
      <w:r>
        <w:rPr>
          <w:rFonts w:ascii="Calibri" w:hAnsi="Calibri"/>
          <w:b/>
          <w:color w:val="7C3AED"/>
          <w:sz w:val="17"/>
        </w:rPr>
        <w:t>INVOICEFLOW VORLAGE</w:t>
      </w:r>
    </w:p>
    <w:p>
      <w:pPr>
        <w:pStyle w:val="Title"/>
      </w:pPr>
      <w:r>
        <w:t>Zahlungserinnerung</w:t>
      </w:r>
    </w:p>
    <w:p>
      <w:pPr>
        <w:pStyle w:val="Subtitle"/>
      </w:pPr>
      <w:r>
        <w:t>Freundliche Vorlage für eine offene Rechnung</w:t>
      </w:r>
    </w:p>
    <w:p>
      <w:pPr>
        <w:spacing w:before="0" w:after="60"/>
      </w:pPr>
      <w:r>
        <w:rPr>
          <w:rFonts w:ascii="Calibri" w:hAnsi="Calibri"/>
          <w:color w:val="667085"/>
          <w:sz w:val="17"/>
        </w:rPr>
        <w:t>[Firmenname] · [Straße, Hausnummer] · [PLZ Ort]</w:t>
      </w:r>
    </w:p>
    <w:p>
      <w:pPr>
        <w:keepNext/>
        <w:spacing w:before="40" w:after="40"/>
      </w:pPr>
      <w:r>
        <w:rPr>
          <w:rFonts w:ascii="Calibri" w:hAnsi="Calibri"/>
          <w:b/>
          <w:color w:val="7C3AED"/>
          <w:sz w:val="17"/>
        </w:rPr>
        <w:t>EMPFÄNGER</w:t>
      </w:r>
    </w:p>
    <w:p>
      <w:pPr>
        <w:spacing w:before="0" w:after="0" w:line="252" w:lineRule="auto"/>
      </w:pPr>
      <w:r>
        <w:rPr>
          <w:rFonts w:ascii="Calibri" w:hAnsi="Calibri"/>
          <w:color w:val="273044"/>
          <w:sz w:val="20"/>
        </w:rPr>
        <w:t>[Kundenname / Firma]</w:t>
      </w:r>
    </w:p>
    <w:p>
      <w:pPr>
        <w:spacing w:before="0" w:after="0" w:line="252" w:lineRule="auto"/>
      </w:pPr>
      <w:r>
        <w:rPr>
          <w:rFonts w:ascii="Calibri" w:hAnsi="Calibri"/>
          <w:color w:val="273044"/>
          <w:sz w:val="20"/>
        </w:rPr>
        <w:t>[Ansprechperson]</w:t>
      </w:r>
    </w:p>
    <w:p>
      <w:pPr>
        <w:spacing w:before="0" w:after="0" w:line="252" w:lineRule="auto"/>
      </w:pPr>
      <w:r>
        <w:rPr>
          <w:rFonts w:ascii="Calibri" w:hAnsi="Calibri"/>
          <w:color w:val="273044"/>
          <w:sz w:val="20"/>
        </w:rPr>
        <w:t>[Straße, Hausnummer]</w:t>
      </w:r>
    </w:p>
    <w:p>
      <w:pPr>
        <w:spacing w:before="0" w:after="100" w:line="252" w:lineRule="auto"/>
      </w:pPr>
      <w:r>
        <w:rPr>
          <w:rFonts w:ascii="Calibri" w:hAnsi="Calibri"/>
          <w:color w:val="273044"/>
          <w:sz w:val="20"/>
        </w:rPr>
        <w:t>[PLZ Ort]</w:t>
      </w:r>
    </w:p>
    <w:p>
      <w:pPr>
        <w:spacing w:before="0" w:after="120"/>
        <w:jc w:val="right"/>
      </w:pPr>
      <w:r>
        <w:rPr>
          <w:rFonts w:ascii="Calibri" w:hAnsi="Calibri"/>
          <w:color w:val="667085"/>
          <w:sz w:val="19"/>
        </w:rPr>
        <w:t>[Ort], [TT.MM.JJJJ]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300"/>
        <w:gridCol w:w="7060"/>
      </w:tblGrid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Rechnungsnummer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[RE-2026-001]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Rechnungsdatum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[TT.MM.JJJJ]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Ursprünglich fällig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[TT.MM.JJJJ]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Offener Betrag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[0,00 EUR]</w:t>
            </w:r>
          </w:p>
        </w:tc>
      </w:tr>
    </w:tbl>
    <w:p>
      <w:pPr>
        <w:spacing w:before="0" w:after="160" w:line="240" w:lineRule="auto"/>
      </w:pPr>
    </w:p>
    <w:p>
      <w:pPr>
        <w:spacing w:before="0" w:after="160"/>
      </w:pPr>
      <w:r>
        <w:rPr>
          <w:rFonts w:ascii="Calibri" w:hAnsi="Calibri"/>
          <w:b/>
          <w:color w:val="0F1C3F"/>
          <w:sz w:val="22"/>
        </w:rPr>
        <w:t>Betreff: Freundliche Erinnerung an Rechnung [RE-2026-001]</w:t>
      </w:r>
    </w:p>
    <w:p>
      <w:pPr>
        <w:spacing w:before="0" w:after="120" w:line="300" w:lineRule="auto"/>
      </w:pPr>
      <w:r>
        <w:rPr>
          <w:rFonts w:ascii="Calibri" w:hAnsi="Calibri"/>
          <w:color w:val="273044"/>
          <w:sz w:val="21"/>
        </w:rPr>
        <w:t>Guten Tag [Name],</w:t>
      </w:r>
    </w:p>
    <w:p>
      <w:pPr>
        <w:spacing w:before="0" w:after="120" w:line="300" w:lineRule="auto"/>
      </w:pPr>
      <w:r>
        <w:rPr>
          <w:rFonts w:ascii="Calibri" w:hAnsi="Calibri"/>
          <w:color w:val="273044"/>
          <w:sz w:val="21"/>
        </w:rPr>
        <w:t>bei der Durchsicht unserer Unterlagen ist uns aufgefallen, dass die oben genannte Rechnung noch offen ist. Vielleicht hat sich Ihre Zahlung mit dieser Erinnerung überschnitten.</w:t>
      </w:r>
    </w:p>
    <w:p>
      <w:pPr>
        <w:spacing w:before="0" w:after="120" w:line="300" w:lineRule="auto"/>
      </w:pPr>
      <w:r>
        <w:rPr>
          <w:rFonts w:ascii="Calibri" w:hAnsi="Calibri"/>
          <w:color w:val="273044"/>
          <w:sz w:val="21"/>
        </w:rPr>
        <w:t>Bitte überweisen Sie den offenen Betrag bis [neues Zahlungsziel] unter Angabe der Rechnungsnummer. Falls Sie bereits gezahlt haben, betrachten Sie diese Nachricht bitte als erledigt.</w:t>
      </w:r>
    </w:p>
    <w:p>
      <w:pPr>
        <w:spacing w:before="0" w:after="120" w:line="300" w:lineRule="auto"/>
      </w:pPr>
      <w:r>
        <w:rPr>
          <w:rFonts w:ascii="Calibri" w:hAnsi="Calibri"/>
          <w:color w:val="273044"/>
          <w:sz w:val="21"/>
        </w:rPr>
        <w:t>Bei Fragen oder Unklarheiten melden Sie sich gern unter [E-Mail] oder [Telefon], damit wir das Anliegen gemeinsam klären können.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300"/>
        <w:gridCol w:w="7060"/>
      </w:tblGrid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Zahlungsempfänger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[Firmenname]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IBAN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[IBAN]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BIC / Bank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[BIC] · [Kreditinstitut]</w:t>
            </w:r>
          </w:p>
        </w:tc>
      </w:tr>
      <w:tr>
        <w:trPr/>
        <w:tc>
          <w:tcPr>
            <w:tcW w:type="dxa" w:w="230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0F1C3F"/>
                <w:sz w:val="18"/>
              </w:rPr>
              <w:t>Verwendungszweck</w:t>
            </w:r>
          </w:p>
        </w:tc>
        <w:tc>
          <w:tcPr>
            <w:tcW w:type="dxa" w:w="7060"/>
            <w:shd w:fill="FFFF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273044"/>
                <w:sz w:val="18"/>
              </w:rPr>
              <w:t>[Rechnungsnummer / Kundennummer]</w:t>
            </w:r>
          </w:p>
        </w:tc>
      </w:tr>
    </w:tbl>
    <w:p>
      <w:pPr>
        <w:spacing w:before="0" w:after="120" w:line="240" w:lineRule="auto"/>
      </w:pPr>
    </w:p>
    <w:p>
      <w:pPr>
        <w:spacing w:before="0" w:after="0"/>
      </w:pPr>
      <w:r>
        <w:rPr>
          <w:rFonts w:ascii="Calibri" w:hAnsi="Calibri"/>
          <w:color w:val="273044"/>
          <w:sz w:val="21"/>
        </w:rPr>
        <w:t>Freundliche Grüße</w:t>
        <w:br/>
        <w:t>[Firmenname / Ansprechpartner]</w:t>
      </w:r>
    </w:p>
    <w:p>
      <w:pPr>
        <w:spacing w:before="0" w:after="160" w:line="24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space="0" w:color="CFC5FF"/>
          <w:left w:val="single" w:sz="6" w:space="0" w:color="CFC5FF"/>
          <w:bottom w:val="single" w:sz="6" w:space="0" w:color="CFC5FF"/>
          <w:right w:val="single" w:sz="6" w:space="0" w:color="CFC5FF"/>
          <w:insideH w:val="single" w:sz="6" w:space="0" w:color="CFC5FF"/>
          <w:insideV w:val="single" w:sz="6" w:space="0" w:color="CFC5FF"/>
        </w:tblBorders>
      </w:tblPr>
      <w:tblGrid>
        <w:gridCol w:w="9360"/>
      </w:tblGrid>
      <w:tr>
        <w:trPr/>
        <w:tc>
          <w:tcPr>
            <w:tcW w:type="dxa" w:w="9360"/>
            <w:shd w:fill="F4F1FF" w:val="clear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color w:val="0F1C3F"/>
                <w:sz w:val="18"/>
              </w:rPr>
              <w:t xml:space="preserve">Vor dem Versand: </w:t>
            </w:r>
            <w:r>
              <w:rPr>
                <w:rFonts w:ascii="Calibri" w:hAnsi="Calibri"/>
                <w:color w:val="273044"/>
                <w:sz w:val="18"/>
              </w:rPr>
              <w:t>Zahlungseingang und Kontodaten prüfen. Mahngebühren oder Verzugszinsen sind bewusst nicht voreingetragen. Neutrale Mustervorlage ohne Rechtsberatung; Ton, Frist und Angaben anpassen.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/>
        <w:color w:val="667085"/>
        <w:sz w:val="16"/>
      </w:rPr>
      <w:t xml:space="preserve">Vorlage ohne Gewähr · Seite </w:t>
    </w:r>
    <w:r>
      <w:rPr>
        <w:rFonts w:ascii="Calibri" w:hAnsi="Calibri"/>
        <w:color w:val="667085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color w:val="667085"/>
        <w:sz w:val="17"/>
      </w:rPr>
      <w:t>InvoiceFlow · Kostenlose Vorlage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7304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F1C3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40" w:line="240" w:lineRule="auto"/>
    </w:pPr>
    <w:rPr>
      <w:rFonts w:asciiTheme="majorHAnsi" w:eastAsiaTheme="majorEastAsia" w:hAnsiTheme="majorHAnsi" w:cstheme="majorBidi" w:ascii="Calibri" w:hAnsi="Calibri"/>
      <w:i/>
      <w:iCs/>
      <w:color w:val="667085"/>
      <w:spacing w:val="15"/>
      <w:sz w:val="2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Zahlungserinnerung Word</dc:title>
  <dc:subject>Kostenlose InvoiceFlow Vorlage</dc:subject>
  <dc:creator>InvoiceFlow</dc:creator>
  <cp:keywords/>
  <dc:description>generated by python-docx</dc:description>
  <cp:lastModifiedBy>InvoiceFlow</cp:lastModifiedBy>
  <cp:revision>1</cp:revision>
  <dcterms:created xsi:type="dcterms:W3CDTF">2026-08-30T00:00:00Z</dcterms:created>
  <dcterms:modified xsi:type="dcterms:W3CDTF">2026-08-30T00:00:00Z</dcterms:modified>
  <cp:category/>
</cp:coreProperties>
</file>